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Arial" w:hAnsi="Arial"/>
          <w:b/>
          <w:i w:val="0"/>
          <w:color w:val="06264C"/>
          <w:sz w:val="19"/>
        </w:rPr>
        <w:t>HIỆP HỘI PHÂN TÍCH TÀI CHÍNH VIỆT NAM</w:t>
      </w:r>
    </w:p>
    <w:p>
      <w:pPr>
        <w:spacing w:after="60"/>
      </w:pPr>
      <w:r>
        <w:rPr>
          <w:rFonts w:ascii="Arial" w:hAnsi="Arial"/>
          <w:b/>
          <w:i w:val="0"/>
          <w:color w:val="BE0B2F"/>
          <w:sz w:val="18"/>
        </w:rPr>
        <w:t>BIỂU MẪU XÁC NHẬN</w:t>
      </w:r>
    </w:p>
    <w:p>
      <w:pPr>
        <w:spacing w:after="160"/>
      </w:pPr>
      <w:r>
        <w:rPr>
          <w:rFonts w:ascii="Arial" w:hAnsi="Arial"/>
          <w:b/>
          <w:i w:val="0"/>
          <w:color w:val="06264C"/>
          <w:sz w:val="40"/>
        </w:rPr>
        <w:t>Tham gia chương trình đào tạo chuyên môn</w:t>
      </w:r>
    </w:p>
    <w:tbl>
      <w:tblPr>
        <w:tblW w:type="auto" w:w="0"/>
        <w:jc w:val="center"/>
        <w:tblLayout w:type="fixed"/>
        <w:tblLook w:firstColumn="1" w:firstRow="1" w:lastColumn="0" w:lastRow="0" w:noHBand="0" w:noVBand="1" w:val="04A0"/>
      </w:tblPr>
      <w:tblGrid>
        <w:gridCol w:w="4819"/>
        <w:gridCol w:w="4819"/>
      </w:tblGrid>
      <w:tr>
        <w:tc>
          <w:tcPr>
            <w:tcW w:type="dxa" w:w="4818"/>
            <w:tcMar>
              <w:top w:w="90" w:type="dxa"/>
              <w:start w:w="120" w:type="dxa"/>
              <w:bottom w:w="90" w:type="dxa"/>
              <w:end w:w="120" w:type="dxa"/>
            </w:tcMar>
            <w:shd w:fill="F3F6FA"/>
          </w:tcPr>
          <w:p>
            <w:r>
              <w:rPr>
                <w:rFonts w:ascii="Arial" w:hAnsi="Arial"/>
                <w:b/>
                <w:i w:val="0"/>
                <w:color w:val="06264C"/>
                <w:sz w:val="17"/>
              </w:rPr>
              <w:t xml:space="preserve">Mã biểu mẫu: </w:t>
            </w:r>
            <w:r>
              <w:rPr>
                <w:rFonts w:ascii="Arial" w:hAnsi="Arial"/>
                <w:b w:val="0"/>
                <w:i w:val="0"/>
                <w:color w:val="1F2F43"/>
                <w:sz w:val="17"/>
              </w:rPr>
              <w:t>CFAVT-BM02-2025</w:t>
            </w:r>
          </w:p>
        </w:tc>
        <w:tc>
          <w:tcPr>
            <w:tcW w:type="dxa" w:w="4818"/>
            <w:tcMar>
              <w:top w:w="90" w:type="dxa"/>
              <w:start w:w="120" w:type="dxa"/>
              <w:bottom w:w="90" w:type="dxa"/>
              <w:end w:w="120" w:type="dxa"/>
            </w:tcMar>
            <w:shd w:fill="F3F6FA"/>
          </w:tcPr>
          <w:p>
            <w:r>
              <w:rPr>
                <w:rFonts w:ascii="Arial" w:hAnsi="Arial"/>
                <w:b/>
                <w:i w:val="0"/>
                <w:color w:val="06264C"/>
                <w:sz w:val="17"/>
              </w:rPr>
              <w:t xml:space="preserve">Ngày ban hành: </w:t>
            </w:r>
            <w:r>
              <w:rPr>
                <w:rFonts w:ascii="Arial" w:hAnsi="Arial"/>
                <w:b w:val="0"/>
                <w:i w:val="0"/>
                <w:color w:val="1F2F43"/>
                <w:sz w:val="17"/>
              </w:rPr>
              <w:t>16/08/2025</w:t>
            </w:r>
          </w:p>
        </w:tc>
      </w:tr>
      <w:tr>
        <w:tc>
          <w:tcPr>
            <w:tcW w:type="dxa" w:w="4818"/>
            <w:tcMar>
              <w:top w:w="90" w:type="dxa"/>
              <w:start w:w="120" w:type="dxa"/>
              <w:bottom w:w="90" w:type="dxa"/>
              <w:end w:w="120" w:type="dxa"/>
            </w:tcMar>
            <w:shd w:fill="F3F6FA"/>
          </w:tcPr>
          <w:p>
            <w:r>
              <w:rPr>
                <w:rFonts w:ascii="Arial" w:hAnsi="Arial"/>
                <w:b/>
                <w:i w:val="0"/>
                <w:color w:val="06264C"/>
                <w:sz w:val="17"/>
              </w:rPr>
              <w:t xml:space="preserve">Đơn vị phụ trách: </w:t>
            </w:r>
            <w:r>
              <w:rPr>
                <w:rFonts w:ascii="Arial" w:hAnsi="Arial"/>
                <w:b w:val="0"/>
                <w:i w:val="0"/>
                <w:color w:val="1F2F43"/>
                <w:sz w:val="17"/>
              </w:rPr>
              <w:t>Ban Chuyên môn và Đào tạo</w:t>
            </w:r>
          </w:p>
        </w:tc>
        <w:tc>
          <w:tcPr>
            <w:tcW w:type="dxa" w:w="4818"/>
            <w:tcMar>
              <w:top w:w="90" w:type="dxa"/>
              <w:start w:w="120" w:type="dxa"/>
              <w:bottom w:w="90" w:type="dxa"/>
              <w:end w:w="120" w:type="dxa"/>
            </w:tcMar>
            <w:shd w:fill="F3F6FA"/>
          </w:tcPr>
          <w:p>
            <w:r>
              <w:rPr>
                <w:rFonts w:ascii="Arial" w:hAnsi="Arial"/>
                <w:b/>
                <w:i w:val="0"/>
                <w:color w:val="06264C"/>
                <w:sz w:val="17"/>
              </w:rPr>
              <w:t xml:space="preserve">Phiên bản: </w:t>
            </w:r>
            <w:r>
              <w:rPr>
                <w:rFonts w:ascii="Arial" w:hAnsi="Arial"/>
                <w:b w:val="0"/>
                <w:i w:val="0"/>
                <w:color w:val="1F2F43"/>
                <w:sz w:val="17"/>
              </w:rPr>
              <w:t>1.0</w:t>
            </w:r>
          </w:p>
        </w:tc>
      </w:tr>
    </w:tbl>
    <w:p/>
    <w:p>
      <w:r>
        <w:rPr>
          <w:rFonts w:ascii="Arial" w:hAnsi="Arial"/>
          <w:b w:val="0"/>
          <w:i/>
          <w:color w:val="66758A"/>
          <w:sz w:val="19"/>
        </w:rPr>
        <w:t>Biểu mẫu được đơn vị tổ chức hoặc người phụ trách chương trình sử dụng để xác nhận thông tin tham gia và kết quả hoàn thành.</w:t>
      </w:r>
    </w:p>
    <w:p>
      <w:pPr>
        <w:pStyle w:val="Heading1"/>
      </w:pPr>
      <w:r>
        <w:t>A. Thông tin người tham gia</w:t>
      </w:r>
    </w:p>
    <w:tbl>
      <w:tblPr>
        <w:tblStyle w:val="TableGrid"/>
        <w:tblW w:type="auto" w:w="0"/>
        <w:jc w:val="center"/>
        <w:tblLayout w:type="fixed"/>
        <w:tblLook w:firstColumn="1" w:firstRow="1" w:lastColumn="0" w:lastRow="0" w:noHBand="0" w:noVBand="1" w:val="04A0"/>
      </w:tblPr>
      <w:tblGrid>
        <w:gridCol w:w="4819"/>
        <w:gridCol w:w="4819"/>
      </w:tblGrid>
      <w:tr>
        <w:tc>
          <w:tcPr>
            <w:tcW w:type="dxa" w:w="3004"/>
            <w:shd w:fill="F3F6FA"/>
            <w:vAlign w:val="center"/>
            <w:tcMar>
              <w:top w:w="90" w:type="dxa"/>
              <w:start w:w="120" w:type="dxa"/>
              <w:bottom w:w="90" w:type="dxa"/>
              <w:end w:w="120" w:type="dxa"/>
            </w:tcMar>
          </w:tcPr>
          <w:p>
            <w:r>
              <w:rPr>
                <w:rFonts w:ascii="Arial" w:hAnsi="Arial"/>
                <w:b/>
                <w:i w:val="0"/>
                <w:color w:val="06264C"/>
                <w:sz w:val="18"/>
              </w:rPr>
              <w:t>Họ và tên</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Mã hội viên/học viên</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Tổ chức công tác</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Email</w:t>
            </w:r>
          </w:p>
        </w:tc>
        <w:tc>
          <w:tcPr>
            <w:tcW w:type="dxa" w:w="6633"/>
            <w:vAlign w:val="center"/>
            <w:tcMar>
              <w:top w:w="90" w:type="dxa"/>
              <w:start w:w="120" w:type="dxa"/>
              <w:bottom w:w="90" w:type="dxa"/>
              <w:end w:w="120" w:type="dxa"/>
            </w:tcMar>
          </w:tcPr>
          <w:p>
            <w:r>
              <w:rPr>
                <w:rFonts w:ascii="Arial" w:hAnsi="Arial"/>
                <w:b w:val="0"/>
                <w:i w:val="0"/>
                <w:color w:val="1F2F43"/>
                <w:sz w:val="19"/>
              </w:rPr>
              <w:t>........................................................       Điện thoại: ................................</w:t>
            </w:r>
          </w:p>
        </w:tc>
      </w:tr>
    </w:tbl>
    <w:p>
      <w:pPr>
        <w:pStyle w:val="Heading1"/>
      </w:pPr>
      <w:r>
        <w:t>B. Thông tin chương trình</w:t>
      </w:r>
    </w:p>
    <w:tbl>
      <w:tblPr>
        <w:tblStyle w:val="TableGrid"/>
        <w:tblW w:type="auto" w:w="0"/>
        <w:jc w:val="center"/>
        <w:tblLayout w:type="fixed"/>
        <w:tblLook w:firstColumn="1" w:firstRow="1" w:lastColumn="0" w:lastRow="0" w:noHBand="0" w:noVBand="1" w:val="04A0"/>
      </w:tblPr>
      <w:tblGrid>
        <w:gridCol w:w="4819"/>
        <w:gridCol w:w="4819"/>
      </w:tblGrid>
      <w:tr>
        <w:tc>
          <w:tcPr>
            <w:tcW w:type="dxa" w:w="3004"/>
            <w:shd w:fill="F3F6FA"/>
            <w:vAlign w:val="center"/>
            <w:tcMar>
              <w:top w:w="90" w:type="dxa"/>
              <w:start w:w="120" w:type="dxa"/>
              <w:bottom w:w="90" w:type="dxa"/>
              <w:end w:w="120" w:type="dxa"/>
            </w:tcMar>
          </w:tcPr>
          <w:p>
            <w:r>
              <w:rPr>
                <w:rFonts w:ascii="Arial" w:hAnsi="Arial"/>
                <w:b/>
                <w:i w:val="0"/>
                <w:color w:val="06264C"/>
                <w:sz w:val="18"/>
              </w:rPr>
              <w:t>Tên chương trình</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Chủ đề</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Đơn vị tổ chức</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Thời gian</w:t>
            </w:r>
          </w:p>
        </w:tc>
        <w:tc>
          <w:tcPr>
            <w:tcW w:type="dxa" w:w="6633"/>
            <w:vAlign w:val="center"/>
            <w:tcMar>
              <w:top w:w="90" w:type="dxa"/>
              <w:start w:w="120" w:type="dxa"/>
              <w:bottom w:w="90" w:type="dxa"/>
              <w:end w:w="120" w:type="dxa"/>
            </w:tcMar>
          </w:tcPr>
          <w:p>
            <w:r>
              <w:rPr>
                <w:rFonts w:ascii="Arial" w:hAnsi="Arial"/>
                <w:b w:val="0"/>
                <w:i w:val="0"/>
                <w:color w:val="1F2F43"/>
                <w:sz w:val="19"/>
              </w:rPr>
              <w:t>Từ ........ giờ ........ ngày ........ / ........ / ........ đến ........ giờ ........ ngày ........ / ........ / ........</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Hình thức</w:t>
            </w:r>
          </w:p>
        </w:tc>
        <w:tc>
          <w:tcPr>
            <w:tcW w:type="dxa" w:w="6633"/>
            <w:vAlign w:val="center"/>
            <w:tcMar>
              <w:top w:w="90" w:type="dxa"/>
              <w:start w:w="120" w:type="dxa"/>
              <w:bottom w:w="90" w:type="dxa"/>
              <w:end w:w="120" w:type="dxa"/>
            </w:tcMar>
          </w:tcPr>
          <w:p>
            <w:r>
              <w:rPr>
                <w:rFonts w:ascii="Arial" w:hAnsi="Arial"/>
                <w:b w:val="0"/>
                <w:i w:val="0"/>
                <w:color w:val="1F2F43"/>
                <w:sz w:val="19"/>
              </w:rPr>
              <w:t>[ ] Trực tiếp     [ ] Trực tuyến     [ ] Kết hợp</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Địa điểm/Nền tảng</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Tổng thời lượng</w:t>
            </w:r>
          </w:p>
        </w:tc>
        <w:tc>
          <w:tcPr>
            <w:tcW w:type="dxa" w:w="6633"/>
            <w:vAlign w:val="center"/>
            <w:tcMar>
              <w:top w:w="90" w:type="dxa"/>
              <w:start w:w="120" w:type="dxa"/>
              <w:bottom w:w="90" w:type="dxa"/>
              <w:end w:w="120" w:type="dxa"/>
            </w:tcMar>
          </w:tcPr>
          <w:p>
            <w:r>
              <w:rPr>
                <w:rFonts w:ascii="Arial" w:hAnsi="Arial"/>
                <w:b w:val="0"/>
                <w:i w:val="0"/>
                <w:color w:val="1F2F43"/>
                <w:sz w:val="19"/>
              </w:rPr>
              <w:t>........................ giờ</w:t>
            </w:r>
          </w:p>
        </w:tc>
      </w:tr>
    </w:tbl>
    <w:p>
      <w:pPr>
        <w:pStyle w:val="Heading1"/>
      </w:pPr>
      <w:r>
        <w:t>C. Nội dung và kết quả</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4535"/>
            <w:shd w:fill="06264C"/>
            <w:tcMar>
              <w:top w:w="90" w:type="dxa"/>
              <w:start w:w="120" w:type="dxa"/>
              <w:bottom w:w="90" w:type="dxa"/>
              <w:end w:w="120" w:type="dxa"/>
            </w:tcMar>
          </w:tcPr>
          <w:p>
            <w:r>
              <w:rPr>
                <w:rFonts w:ascii="Arial" w:hAnsi="Arial"/>
                <w:b/>
                <w:i w:val="0"/>
                <w:color w:val="FFFFFF"/>
                <w:sz w:val="18"/>
              </w:rPr>
              <w:t>Nội dung/Mô-đun</w:t>
            </w:r>
          </w:p>
        </w:tc>
        <w:tc>
          <w:tcPr>
            <w:tcW w:type="dxa" w:w="1700"/>
            <w:shd w:fill="06264C"/>
            <w:tcMar>
              <w:top w:w="90" w:type="dxa"/>
              <w:start w:w="120" w:type="dxa"/>
              <w:bottom w:w="90" w:type="dxa"/>
              <w:end w:w="120" w:type="dxa"/>
            </w:tcMar>
          </w:tcPr>
          <w:p>
            <w:r>
              <w:rPr>
                <w:rFonts w:ascii="Arial" w:hAnsi="Arial"/>
                <w:b/>
                <w:i w:val="0"/>
                <w:color w:val="FFFFFF"/>
                <w:sz w:val="18"/>
              </w:rPr>
              <w:t>Thời lượng</w:t>
            </w:r>
          </w:p>
        </w:tc>
        <w:tc>
          <w:tcPr>
            <w:tcW w:type="dxa" w:w="3401"/>
            <w:shd w:fill="06264C"/>
            <w:tcMar>
              <w:top w:w="90" w:type="dxa"/>
              <w:start w:w="120" w:type="dxa"/>
              <w:bottom w:w="90" w:type="dxa"/>
              <w:end w:w="120" w:type="dxa"/>
            </w:tcMar>
          </w:tcPr>
          <w:p>
            <w:r>
              <w:rPr>
                <w:rFonts w:ascii="Arial" w:hAnsi="Arial"/>
                <w:b/>
                <w:i w:val="0"/>
                <w:color w:val="FFFFFF"/>
                <w:sz w:val="18"/>
              </w:rPr>
              <w:t>Kết quả/Ghi chú</w:t>
            </w:r>
          </w:p>
        </w:tc>
      </w:tr>
      <w:tr>
        <w:tc>
          <w:tcPr>
            <w:tcW w:type="dxa" w:w="4535"/>
            <w:tcMar>
              <w:top w:w="90" w:type="dxa"/>
              <w:start w:w="120" w:type="dxa"/>
              <w:bottom w:w="90" w:type="dxa"/>
              <w:end w:w="120" w:type="dxa"/>
            </w:tcMar>
          </w:tcPr>
          <w:p>
            <w:r>
              <w:br/>
            </w:r>
          </w:p>
        </w:tc>
        <w:tc>
          <w:tcPr>
            <w:tcW w:type="dxa" w:w="1700"/>
            <w:tcMar>
              <w:top w:w="90" w:type="dxa"/>
              <w:start w:w="120" w:type="dxa"/>
              <w:bottom w:w="90" w:type="dxa"/>
              <w:end w:w="120" w:type="dxa"/>
            </w:tcMar>
          </w:tcPr>
          <w:p>
            <w:r>
              <w:br/>
            </w:r>
          </w:p>
        </w:tc>
        <w:tc>
          <w:tcPr>
            <w:tcW w:type="dxa" w:w="3401"/>
            <w:tcMar>
              <w:top w:w="90" w:type="dxa"/>
              <w:start w:w="120" w:type="dxa"/>
              <w:bottom w:w="90" w:type="dxa"/>
              <w:end w:w="120" w:type="dxa"/>
            </w:tcMar>
          </w:tcPr>
          <w:p>
            <w:r>
              <w:br/>
            </w:r>
          </w:p>
        </w:tc>
      </w:tr>
      <w:tr>
        <w:tc>
          <w:tcPr>
            <w:tcW w:type="dxa" w:w="4535"/>
            <w:tcMar>
              <w:top w:w="90" w:type="dxa"/>
              <w:start w:w="120" w:type="dxa"/>
              <w:bottom w:w="90" w:type="dxa"/>
              <w:end w:w="120" w:type="dxa"/>
            </w:tcMar>
          </w:tcPr>
          <w:p>
            <w:r>
              <w:br/>
            </w:r>
          </w:p>
        </w:tc>
        <w:tc>
          <w:tcPr>
            <w:tcW w:type="dxa" w:w="1700"/>
            <w:tcMar>
              <w:top w:w="90" w:type="dxa"/>
              <w:start w:w="120" w:type="dxa"/>
              <w:bottom w:w="90" w:type="dxa"/>
              <w:end w:w="120" w:type="dxa"/>
            </w:tcMar>
          </w:tcPr>
          <w:p>
            <w:r>
              <w:br/>
            </w:r>
          </w:p>
        </w:tc>
        <w:tc>
          <w:tcPr>
            <w:tcW w:type="dxa" w:w="3401"/>
            <w:tcMar>
              <w:top w:w="90" w:type="dxa"/>
              <w:start w:w="120" w:type="dxa"/>
              <w:bottom w:w="90" w:type="dxa"/>
              <w:end w:w="120" w:type="dxa"/>
            </w:tcMar>
          </w:tcPr>
          <w:p>
            <w:r>
              <w:br/>
            </w:r>
          </w:p>
        </w:tc>
      </w:tr>
      <w:tr>
        <w:tc>
          <w:tcPr>
            <w:tcW w:type="dxa" w:w="4535"/>
            <w:tcMar>
              <w:top w:w="90" w:type="dxa"/>
              <w:start w:w="120" w:type="dxa"/>
              <w:bottom w:w="90" w:type="dxa"/>
              <w:end w:w="120" w:type="dxa"/>
            </w:tcMar>
          </w:tcPr>
          <w:p>
            <w:r>
              <w:br/>
            </w:r>
          </w:p>
        </w:tc>
        <w:tc>
          <w:tcPr>
            <w:tcW w:type="dxa" w:w="1700"/>
            <w:tcMar>
              <w:top w:w="90" w:type="dxa"/>
              <w:start w:w="120" w:type="dxa"/>
              <w:bottom w:w="90" w:type="dxa"/>
              <w:end w:w="120" w:type="dxa"/>
            </w:tcMar>
          </w:tcPr>
          <w:p>
            <w:r>
              <w:br/>
            </w:r>
          </w:p>
        </w:tc>
        <w:tc>
          <w:tcPr>
            <w:tcW w:type="dxa" w:w="3401"/>
            <w:tcMar>
              <w:top w:w="90" w:type="dxa"/>
              <w:start w:w="120" w:type="dxa"/>
              <w:bottom w:w="90" w:type="dxa"/>
              <w:end w:w="120" w:type="dxa"/>
            </w:tcMar>
          </w:tcPr>
          <w:p>
            <w:r>
              <w:br/>
            </w:r>
          </w:p>
        </w:tc>
      </w:tr>
      <w:tr>
        <w:tc>
          <w:tcPr>
            <w:tcW w:type="dxa" w:w="4535"/>
            <w:tcMar>
              <w:top w:w="90" w:type="dxa"/>
              <w:start w:w="120" w:type="dxa"/>
              <w:bottom w:w="90" w:type="dxa"/>
              <w:end w:w="120" w:type="dxa"/>
            </w:tcMar>
          </w:tcPr>
          <w:p>
            <w:r>
              <w:br/>
            </w:r>
          </w:p>
        </w:tc>
        <w:tc>
          <w:tcPr>
            <w:tcW w:type="dxa" w:w="1700"/>
            <w:tcMar>
              <w:top w:w="90" w:type="dxa"/>
              <w:start w:w="120" w:type="dxa"/>
              <w:bottom w:w="90" w:type="dxa"/>
              <w:end w:w="120" w:type="dxa"/>
            </w:tcMar>
          </w:tcPr>
          <w:p>
            <w:r>
              <w:br/>
            </w:r>
          </w:p>
        </w:tc>
        <w:tc>
          <w:tcPr>
            <w:tcW w:type="dxa" w:w="3401"/>
            <w:tcMar>
              <w:top w:w="90" w:type="dxa"/>
              <w:start w:w="120" w:type="dxa"/>
              <w:bottom w:w="90" w:type="dxa"/>
              <w:end w:w="120" w:type="dxa"/>
            </w:tcMar>
          </w:tcPr>
          <w:p>
            <w:r>
              <w:br/>
            </w:r>
          </w:p>
        </w:tc>
      </w:tr>
    </w:tbl>
    <w:p>
      <w:pPr>
        <w:pStyle w:val="Heading1"/>
      </w:pPr>
      <w:r>
        <w:t>D. Xác nhận hoàn thành</w:t>
      </w:r>
    </w:p>
    <w:p>
      <w:pPr>
        <w:spacing w:after="80"/>
        <w:ind w:left="142"/>
      </w:pPr>
      <w:r>
        <w:rPr>
          <w:rFonts w:ascii="Arial" w:hAnsi="Arial"/>
          <w:b w:val="0"/>
          <w:i w:val="0"/>
          <w:color w:val="1F2F43"/>
          <w:sz w:val="19"/>
        </w:rPr>
        <w:t>[ ]  Tham dự đủ thời lượng theo yêu cầu của chương trình.</w:t>
      </w:r>
    </w:p>
    <w:p>
      <w:pPr>
        <w:spacing w:after="80"/>
        <w:ind w:left="142"/>
      </w:pPr>
      <w:r>
        <w:rPr>
          <w:rFonts w:ascii="Arial" w:hAnsi="Arial"/>
          <w:b w:val="0"/>
          <w:i w:val="0"/>
          <w:color w:val="1F2F43"/>
          <w:sz w:val="19"/>
        </w:rPr>
        <w:t>[ ]  Hoàn thành bài tập/đánh giá (nếu áp dụng).</w:t>
      </w:r>
    </w:p>
    <w:p>
      <w:pPr>
        <w:spacing w:after="80"/>
        <w:ind w:left="142"/>
      </w:pPr>
      <w:r>
        <w:rPr>
          <w:rFonts w:ascii="Arial" w:hAnsi="Arial"/>
          <w:b w:val="0"/>
          <w:i w:val="0"/>
          <w:color w:val="1F2F43"/>
          <w:sz w:val="19"/>
        </w:rPr>
        <w:t>[ ]  Tuân thủ quy định tham gia và nguyên tắc đạo đức.</w:t>
      </w:r>
    </w:p>
    <w:p>
      <w:pPr>
        <w:spacing w:after="80"/>
        <w:ind w:left="142"/>
      </w:pPr>
      <w:r>
        <w:rPr>
          <w:rFonts w:ascii="Arial" w:hAnsi="Arial"/>
          <w:b w:val="0"/>
          <w:i w:val="0"/>
          <w:color w:val="1F2F43"/>
          <w:sz w:val="19"/>
        </w:rPr>
        <w:t>[ ]  Chưa hoàn thành. Lý do: ..............................................................................</w:t>
      </w:r>
    </w:p>
    <w:tbl>
      <w:tblPr>
        <w:tblStyle w:val="TableGrid"/>
        <w:tblW w:type="auto" w:w="0"/>
        <w:jc w:val="center"/>
        <w:tblLayout w:type="fixed"/>
        <w:tblLook w:firstColumn="1" w:firstRow="1" w:lastColumn="0" w:lastRow="0" w:noHBand="0" w:noVBand="1" w:val="04A0"/>
      </w:tblPr>
      <w:tblGrid>
        <w:gridCol w:w="4819"/>
        <w:gridCol w:w="4819"/>
      </w:tblGrid>
      <w:tr>
        <w:tc>
          <w:tcPr>
            <w:tcW w:type="dxa" w:w="3004"/>
            <w:shd w:fill="F3F6FA"/>
            <w:vAlign w:val="center"/>
            <w:tcMar>
              <w:top w:w="90" w:type="dxa"/>
              <w:start w:w="120" w:type="dxa"/>
              <w:bottom w:w="90" w:type="dxa"/>
              <w:end w:w="120" w:type="dxa"/>
            </w:tcMar>
          </w:tcPr>
          <w:p>
            <w:r>
              <w:rPr>
                <w:rFonts w:ascii="Arial" w:hAnsi="Arial"/>
                <w:b/>
                <w:i w:val="0"/>
                <w:color w:val="06264C"/>
                <w:sz w:val="18"/>
              </w:rPr>
              <w:t>Kết quả đánh giá</w:t>
            </w:r>
          </w:p>
        </w:tc>
        <w:tc>
          <w:tcPr>
            <w:tcW w:type="dxa" w:w="6633"/>
            <w:vAlign w:val="center"/>
            <w:tcMar>
              <w:top w:w="90" w:type="dxa"/>
              <w:start w:w="120" w:type="dxa"/>
              <w:bottom w:w="90" w:type="dxa"/>
              <w:end w:w="120" w:type="dxa"/>
            </w:tcMar>
          </w:tcPr>
          <w:p>
            <w:r>
              <w:rPr>
                <w:rFonts w:ascii="Arial" w:hAnsi="Arial"/>
                <w:b w:val="0"/>
                <w:i w:val="0"/>
                <w:color w:val="1F2F43"/>
                <w:sz w:val="19"/>
              </w:rPr>
              <w:t>Điểm/Kết quả: ......................................................</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Số giờ đề nghị ghi nhận</w:t>
            </w:r>
          </w:p>
        </w:tc>
        <w:tc>
          <w:tcPr>
            <w:tcW w:type="dxa" w:w="6633"/>
            <w:vAlign w:val="center"/>
            <w:tcMar>
              <w:top w:w="90" w:type="dxa"/>
              <w:start w:w="120" w:type="dxa"/>
              <w:bottom w:w="90" w:type="dxa"/>
              <w:end w:w="120" w:type="dxa"/>
            </w:tcMar>
          </w:tcPr>
          <w:p>
            <w:r>
              <w:rPr>
                <w:rFonts w:ascii="Arial" w:hAnsi="Arial"/>
                <w:b w:val="0"/>
                <w:i w:val="0"/>
                <w:color w:val="1F2F43"/>
                <w:sz w:val="19"/>
              </w:rPr>
              <w:t>........................ giờ cập nhật kiến thức chuyên môn</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Ghi chú</w:t>
            </w:r>
          </w:p>
        </w:tc>
        <w:tc>
          <w:tcPr>
            <w:tcW w:type="dxa" w:w="6633"/>
            <w:vAlign w:val="center"/>
            <w:tcMar>
              <w:top w:w="90" w:type="dxa"/>
              <w:start w:w="120" w:type="dxa"/>
              <w:bottom w:w="90" w:type="dxa"/>
              <w:end w:w="120" w:type="dxa"/>
            </w:tcMar>
          </w:tcPr>
          <w:p>
            <w:r>
              <w:rPr>
                <w:rFonts w:ascii="Arial" w:hAnsi="Arial"/>
                <w:b w:val="0"/>
                <w:i w:val="0"/>
                <w:color w:val="1F2F43"/>
                <w:sz w:val="19"/>
              </w:rPr>
              <w:t>................................................................................................</w:t>
              <w:br/>
              <w:t>................................................................................................</w:t>
            </w:r>
          </w:p>
        </w:tc>
      </w:tr>
    </w:tbl>
    <w:p>
      <w:pPr>
        <w:pStyle w:val="Heading1"/>
      </w:pPr>
      <w:r>
        <w:t>E. Tuyên bố xác nhận</w:t>
      </w:r>
    </w:p>
    <w:p>
      <w:r>
        <w:rPr>
          <w:rFonts w:ascii="Arial" w:hAnsi="Arial"/>
          <w:b w:val="0"/>
          <w:i w:val="0"/>
          <w:color w:val="1F2F43"/>
          <w:sz w:val="19"/>
        </w:rPr>
        <w:t>Đơn vị xác nhận chịu trách nhiệm về tính chính xác của tên chương trình, thời lượng và tình trạng hoàn thành nêu trên. Biểu mẫu này chỉ xác nhận việc tham gia chương trình, không thay thế chứng chỉ hoặc giấy phép do cơ quan có thẩm quyền cấp.</w:t>
      </w:r>
    </w:p>
    <w:tbl>
      <w:tblPr>
        <w:tblW w:type="auto" w:w="0"/>
        <w:jc w:val="center"/>
        <w:tblLayout w:type="fixed"/>
        <w:tblLook w:firstColumn="1" w:firstRow="1" w:lastColumn="0" w:lastRow="0" w:noHBand="0" w:noVBand="1" w:val="04A0"/>
      </w:tblPr>
      <w:tblGrid>
        <w:gridCol w:w="4819"/>
        <w:gridCol w:w="4819"/>
      </w:tblGrid>
      <w:tr>
        <w:tc>
          <w:tcPr>
            <w:tcW w:type="dxa" w:w="4818"/>
            <w:tcMar>
              <w:top w:w="90" w:type="dxa"/>
              <w:start w:w="120" w:type="dxa"/>
              <w:bottom w:w="90" w:type="dxa"/>
              <w:end w:w="120" w:type="dxa"/>
            </w:tcMar>
          </w:tcPr>
          <w:p>
            <w:pPr>
              <w:jc w:val="center"/>
            </w:pPr>
            <w:r>
              <w:rPr>
                <w:rFonts w:ascii="Arial" w:hAnsi="Arial"/>
                <w:b/>
                <w:i w:val="0"/>
                <w:color w:val="06264C"/>
                <w:sz w:val="19"/>
              </w:rPr>
              <w:t>Người tham gia</w:t>
            </w:r>
          </w:p>
          <w:p/>
          <w:p/>
          <w:p>
            <w:pPr>
              <w:jc w:val="center"/>
            </w:pPr>
            <w:r>
              <w:rPr>
                <w:rFonts w:ascii="Arial" w:hAnsi="Arial"/>
                <w:b w:val="0"/>
                <w:i/>
                <w:color w:val="66758A"/>
                <w:sz w:val="17"/>
              </w:rPr>
              <w:t>(Ký và ghi rõ họ tên)</w:t>
            </w:r>
          </w:p>
        </w:tc>
        <w:tc>
          <w:tcPr>
            <w:tcW w:type="dxa" w:w="4818"/>
            <w:tcMar>
              <w:top w:w="90" w:type="dxa"/>
              <w:start w:w="120" w:type="dxa"/>
              <w:bottom w:w="90" w:type="dxa"/>
              <w:end w:w="120" w:type="dxa"/>
            </w:tcMar>
          </w:tcPr>
          <w:p>
            <w:pPr>
              <w:jc w:val="center"/>
            </w:pPr>
            <w:r>
              <w:rPr>
                <w:rFonts w:ascii="Arial" w:hAnsi="Arial"/>
                <w:b/>
                <w:i w:val="0"/>
                <w:color w:val="06264C"/>
                <w:sz w:val="19"/>
              </w:rPr>
              <w:t>Đại diện đơn vị xác nhận</w:t>
            </w:r>
          </w:p>
          <w:p/>
          <w:p/>
          <w:p>
            <w:pPr>
              <w:jc w:val="center"/>
            </w:pPr>
            <w:r>
              <w:rPr>
                <w:rFonts w:ascii="Arial" w:hAnsi="Arial"/>
                <w:b w:val="0"/>
                <w:i/>
                <w:color w:val="66758A"/>
                <w:sz w:val="17"/>
              </w:rPr>
              <w:t>(Ký và ghi rõ họ tên)</w:t>
            </w:r>
          </w:p>
        </w:tc>
      </w:tr>
    </w:tbl>
    <w:p>
      <w:pPr>
        <w:pStyle w:val="Heading1"/>
      </w:pPr>
      <w:r>
        <w:t>F. Phần dành cho Hiệp hội</w:t>
      </w:r>
    </w:p>
    <w:tbl>
      <w:tblPr>
        <w:tblStyle w:val="TableGrid"/>
        <w:tblW w:type="auto" w:w="0"/>
        <w:jc w:val="center"/>
        <w:tblLayout w:type="fixed"/>
        <w:tblLook w:firstColumn="1" w:firstRow="1" w:lastColumn="0" w:lastRow="0" w:noHBand="0" w:noVBand="1" w:val="04A0"/>
      </w:tblPr>
      <w:tblGrid>
        <w:gridCol w:w="4819"/>
        <w:gridCol w:w="4819"/>
      </w:tblGrid>
      <w:tr>
        <w:tc>
          <w:tcPr>
            <w:tcW w:type="dxa" w:w="3004"/>
            <w:shd w:fill="F3F6FA"/>
            <w:vAlign w:val="center"/>
            <w:tcMar>
              <w:top w:w="90" w:type="dxa"/>
              <w:start w:w="120" w:type="dxa"/>
              <w:bottom w:w="90" w:type="dxa"/>
              <w:end w:w="120" w:type="dxa"/>
            </w:tcMar>
          </w:tcPr>
          <w:p>
            <w:r>
              <w:rPr>
                <w:rFonts w:ascii="Arial" w:hAnsi="Arial"/>
                <w:b/>
                <w:i w:val="0"/>
                <w:color w:val="06264C"/>
                <w:sz w:val="18"/>
              </w:rPr>
              <w:t>Ngày tiếp nhận</w:t>
            </w:r>
          </w:p>
        </w:tc>
        <w:tc>
          <w:tcPr>
            <w:tcW w:type="dxa" w:w="6633"/>
            <w:vAlign w:val="center"/>
            <w:tcMar>
              <w:top w:w="90" w:type="dxa"/>
              <w:start w:w="120" w:type="dxa"/>
              <w:bottom w:w="90" w:type="dxa"/>
              <w:end w:w="120" w:type="dxa"/>
            </w:tcMar>
          </w:tcPr>
          <w:p>
            <w:r>
              <w:rPr>
                <w:rFonts w:ascii="Arial" w:hAnsi="Arial"/>
                <w:b w:val="0"/>
                <w:i w:val="0"/>
                <w:color w:val="1F2F43"/>
                <w:sz w:val="19"/>
              </w:rPr>
              <w:t>........ / ........ / ............</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Số giờ được ghi nhận</w:t>
            </w:r>
          </w:p>
        </w:tc>
        <w:tc>
          <w:tcPr>
            <w:tcW w:type="dxa" w:w="6633"/>
            <w:vAlign w:val="center"/>
            <w:tcMar>
              <w:top w:w="90" w:type="dxa"/>
              <w:start w:w="120" w:type="dxa"/>
              <w:bottom w:w="90" w:type="dxa"/>
              <w:end w:w="120" w:type="dxa"/>
            </w:tcMar>
          </w:tcPr>
          <w:p>
            <w:r>
              <w:rPr>
                <w:rFonts w:ascii="Arial" w:hAnsi="Arial"/>
                <w:b w:val="0"/>
                <w:i w:val="0"/>
                <w:color w:val="1F2F43"/>
                <w:sz w:val="19"/>
              </w:rPr>
              <w:t>........................ giờ</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Người rà soát</w:t>
            </w:r>
          </w:p>
        </w:tc>
        <w:tc>
          <w:tcPr>
            <w:tcW w:type="dxa" w:w="6633"/>
            <w:vAlign w:val="center"/>
            <w:tcMar>
              <w:top w:w="90" w:type="dxa"/>
              <w:start w:w="120" w:type="dxa"/>
              <w:bottom w:w="90" w:type="dxa"/>
              <w:end w:w="120" w:type="dxa"/>
            </w:tcMar>
          </w:tcPr>
          <w:p>
            <w:r>
              <w:rPr>
                <w:rFonts w:ascii="Arial" w:hAnsi="Arial"/>
                <w:b w:val="0"/>
                <w:i w:val="0"/>
                <w:color w:val="1F2F43"/>
                <w:sz w:val="19"/>
              </w:rPr>
              <w:t>................................................................................................</w:t>
            </w:r>
          </w:p>
        </w:tc>
      </w:tr>
      <w:tr>
        <w:tc>
          <w:tcPr>
            <w:tcW w:type="dxa" w:w="3004"/>
            <w:shd w:fill="F3F6FA"/>
            <w:vAlign w:val="center"/>
            <w:tcMar>
              <w:top w:w="90" w:type="dxa"/>
              <w:start w:w="120" w:type="dxa"/>
              <w:bottom w:w="90" w:type="dxa"/>
              <w:end w:w="120" w:type="dxa"/>
            </w:tcMar>
          </w:tcPr>
          <w:p>
            <w:r>
              <w:rPr>
                <w:rFonts w:ascii="Arial" w:hAnsi="Arial"/>
                <w:b/>
                <w:i w:val="0"/>
                <w:color w:val="06264C"/>
                <w:sz w:val="18"/>
              </w:rPr>
              <w:t>Ghi chú</w:t>
            </w:r>
          </w:p>
        </w:tc>
        <w:tc>
          <w:tcPr>
            <w:tcW w:type="dxa" w:w="6633"/>
            <w:vAlign w:val="center"/>
            <w:tcMar>
              <w:top w:w="90" w:type="dxa"/>
              <w:start w:w="120" w:type="dxa"/>
              <w:bottom w:w="90" w:type="dxa"/>
              <w:end w:w="120" w:type="dxa"/>
            </w:tcMar>
          </w:tcPr>
          <w:p>
            <w:r>
              <w:rPr>
                <w:rFonts w:ascii="Arial" w:hAnsi="Arial"/>
                <w:b w:val="0"/>
                <w:i w:val="0"/>
                <w:color w:val="1F2F43"/>
                <w:sz w:val="19"/>
              </w:rPr>
              <w:t>................................................................................................</w:t>
              <w:br/>
              <w:t>................................................................................................</w:t>
              <w:br/>
              <w:t>................................................................................................</w:t>
              <w:br/>
              <w:t>................................................................................................</w:t>
              <w:br/>
              <w:t>................................................................................................</w:t>
              <w:br/>
              <w:t>................................................................................................</w:t>
            </w:r>
          </w:p>
        </w:tc>
      </w:tr>
    </w:tbl>
    <w:sectPr w:rsidR="00FC693F" w:rsidRPr="0006063C" w:rsidSect="00034616">
      <w:headerReference w:type="default" r:id="rId9"/>
      <w:footerReference w:type="default" r:id="rId10"/>
      <w:pgSz w:w="11906" w:h="16838"/>
      <w:pgMar w:top="1134" w:right="1134" w:bottom="1020"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b w:val="0"/>
        <w:i w:val="0"/>
        <w:color w:val="66758A"/>
        <w:sz w:val="15"/>
      </w:rPr>
      <w:t>Tài liệu nghiệp vụ của Hiệp hội - Không thay thế quy định pháp luật.</w:t>
    </w:r>
    <w:r>
      <w:rPr>
        <w:rFonts w:ascii="Arial" w:hAnsi="Arial"/>
        <w:b w:val="0"/>
        <w:i w:val="0"/>
        <w:color w:val="66758A"/>
        <w:sz w:val="15"/>
      </w:rPr>
      <w:t xml:space="preserve">                                      Trang </w:t>
    </w:r>
    <w:r>
      <w:rPr>
        <w:rFonts w:ascii="Arial" w:hAnsi="Arial"/>
        <w:b w:val="0"/>
        <w:i w:val="0"/>
        <w:color w:val="66758A"/>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06264C"/>
        <w:sz w:val="15"/>
      </w:rPr>
      <w:t>HIỆP HỘI PHÂN TÍCH TÀI CHÍNH VIỆT NAM  |  CFAVT-BM02-2025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1F2F4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b/>
      <w:bCs/>
      <w:color w:val="06264C"/>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BE0B2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